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Habitation by Margaret Atwood</w:t>
      </w:r>
    </w:p>
    <w:p>
      <w:r>
        <w:t>Marriage is not</w:t>
      </w:r>
    </w:p>
    <w:p>
      <w:r>
        <w:t>a house or even a tent</w:t>
      </w:r>
    </w:p>
    <w:p>
      <w:r>
        <w:t>it is before that, and colder:</w:t>
      </w:r>
    </w:p>
    <w:p/>
    <w:p>
      <w:r>
        <w:t>the edge of the forest, the edge</w:t>
      </w:r>
    </w:p>
    <w:p>
      <w:r>
        <w:t>of the desert</w:t>
      </w:r>
    </w:p>
    <w:p>
      <w:r>
        <w:t>the unpainted stairs</w:t>
      </w:r>
    </w:p>
    <w:p>
      <w:r>
        <w:t>at the back where we squat</w:t>
      </w:r>
    </w:p>
    <w:p>
      <w:r>
        <w:t>outside, eating popcorn</w:t>
      </w:r>
    </w:p>
    <w:p/>
    <w:p>
      <w:r>
        <w:t>the edge of the receding glacier</w:t>
      </w:r>
    </w:p>
    <w:p>
      <w:r>
        <w:t>where painfully and with wonder</w:t>
      </w:r>
    </w:p>
    <w:p>
      <w:r>
        <w:t>at having survived even</w:t>
      </w:r>
    </w:p>
    <w:p>
      <w:r>
        <w:t>this far</w:t>
      </w:r>
    </w:p>
    <w:p/>
    <w:p>
      <w:r>
        <w:t>we are learning to make fire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