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May This Marriage Be Blessed (Attributed to Rumi)</w:t>
      </w:r>
    </w:p>
    <w:p>
      <w:r>
        <w:rPr>
          <w:sz w:val="24"/>
        </w:rPr>
        <w:t>May these vows and this marriage be blessed.</w:t>
      </w:r>
    </w:p>
    <w:p>
      <w:r>
        <w:rPr>
          <w:sz w:val="24"/>
        </w:rPr>
        <w:t>May it be sweet milk,</w:t>
      </w:r>
    </w:p>
    <w:p>
      <w:r>
        <w:rPr>
          <w:sz w:val="24"/>
        </w:rPr>
        <w:t>this marriage, like wine and halvah.</w:t>
      </w:r>
    </w:p>
    <w:p>
      <w:r>
        <w:rPr>
          <w:sz w:val="24"/>
        </w:rPr>
        <w:t>May this marriage offer fruit and shade</w:t>
      </w:r>
    </w:p>
    <w:p>
      <w:r>
        <w:rPr>
          <w:sz w:val="24"/>
        </w:rPr>
        <w:t>like the date palm.</w:t>
      </w:r>
    </w:p>
    <w:p>
      <w:r>
        <w:rPr>
          <w:sz w:val="24"/>
        </w:rPr>
        <w:t>May this marriage be full of laughter,</w:t>
      </w:r>
    </w:p>
    <w:p>
      <w:r>
        <w:rPr>
          <w:sz w:val="24"/>
        </w:rPr>
        <w:t>our every day a day in paradise.</w:t>
      </w:r>
    </w:p>
    <w:p>
      <w:r>
        <w:rPr>
          <w:sz w:val="24"/>
        </w:rPr>
        <w:t>May this marriage be a sign of compassion,</w:t>
      </w:r>
    </w:p>
    <w:p>
      <w:r>
        <w:rPr>
          <w:sz w:val="24"/>
        </w:rPr>
        <w:t>a seal of happiness here and hereafter.</w:t>
      </w:r>
    </w:p>
    <w:p>
      <w:r>
        <w:rPr>
          <w:sz w:val="24"/>
        </w:rPr>
        <w:t>May this marriage have a fair face and a good name,</w:t>
      </w:r>
    </w:p>
    <w:p>
      <w:r>
        <w:rPr>
          <w:sz w:val="24"/>
        </w:rPr>
        <w:t>an omen as welcomes the moon in a clear blue sky.</w:t>
      </w:r>
    </w:p>
    <w:p>
      <w:r>
        <w:rPr>
          <w:sz w:val="24"/>
        </w:rPr>
        <w:t>I am out of words to describe</w:t>
      </w:r>
    </w:p>
    <w:p>
      <w:r>
        <w:rPr>
          <w:sz w:val="24"/>
        </w:rPr>
        <w:t>how spirit mingles in this marriage.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