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Promise (Author Unknown)</w:t>
      </w:r>
    </w:p>
    <w:p>
      <w:r>
        <w:rPr>
          <w:sz w:val="24"/>
        </w:rPr>
        <w:t>A marriage is a promise</w:t>
      </w:r>
    </w:p>
    <w:p>
      <w:r>
        <w:rPr>
          <w:sz w:val="24"/>
        </w:rPr>
        <w:t>That two hearts gladly make</w:t>
      </w:r>
    </w:p>
    <w:p>
      <w:r>
        <w:rPr>
          <w:sz w:val="24"/>
        </w:rPr>
        <w:t>A promise to be tender</w:t>
      </w:r>
    </w:p>
    <w:p>
      <w:r>
        <w:rPr>
          <w:sz w:val="24"/>
        </w:rPr>
        <w:t>To help, to give and take</w:t>
      </w:r>
    </w:p>
    <w:p>
      <w:r>
        <w:rPr>
          <w:sz w:val="24"/>
        </w:rPr>
      </w:r>
    </w:p>
    <w:p>
      <w:r>
        <w:rPr>
          <w:sz w:val="24"/>
        </w:rPr>
        <w:t>A marriage is a promise</w:t>
      </w:r>
    </w:p>
    <w:p>
      <w:r>
        <w:rPr>
          <w:sz w:val="24"/>
        </w:rPr>
        <w:t>To be kind and understanding</w:t>
      </w:r>
    </w:p>
    <w:p>
      <w:r>
        <w:rPr>
          <w:sz w:val="24"/>
        </w:rPr>
        <w:t>To be thoughtful and considerate</w:t>
      </w:r>
    </w:p>
    <w:p>
      <w:r>
        <w:rPr>
          <w:sz w:val="24"/>
        </w:rPr>
        <w:t>Fair and undemanding</w:t>
      </w:r>
    </w:p>
    <w:p>
      <w:r>
        <w:rPr>
          <w:sz w:val="24"/>
        </w:rPr>
      </w:r>
    </w:p>
    <w:p>
      <w:r>
        <w:rPr>
          <w:sz w:val="24"/>
        </w:rPr>
        <w:t>A marriage is a promise</w:t>
      </w:r>
    </w:p>
    <w:p>
      <w:r>
        <w:rPr>
          <w:sz w:val="24"/>
        </w:rPr>
        <w:t>To share one life together</w:t>
      </w:r>
    </w:p>
    <w:p>
      <w:r>
        <w:rPr>
          <w:sz w:val="24"/>
        </w:rPr>
        <w:t>A love-filled promise meant to be</w:t>
      </w:r>
    </w:p>
    <w:p>
      <w:r>
        <w:rPr>
          <w:sz w:val="24"/>
        </w:rPr>
        <w:t>Kept lovingly forever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