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This Day I Married My Best Friend (Author Unknown)</w:t>
      </w:r>
    </w:p>
    <w:p>
      <w:r>
        <w:rPr>
          <w:sz w:val="24"/>
        </w:rPr>
        <w:t>This day I married my best friend.</w:t>
      </w:r>
    </w:p>
    <w:p>
      <w:r>
        <w:rPr>
          <w:sz w:val="24"/>
        </w:rPr>
        <w:t>The one I laugh with as we share life's wonderous zest,</w:t>
      </w:r>
    </w:p>
    <w:p>
      <w:r>
        <w:rPr>
          <w:sz w:val="24"/>
        </w:rPr>
        <w:t>As we find new enjoyments and experience all that's best.</w:t>
      </w:r>
    </w:p>
    <w:p>
      <w:r>
        <w:rPr>
          <w:sz w:val="24"/>
        </w:rPr>
        <w:t>The one I live for because the world seems brighter,</w:t>
      </w:r>
    </w:p>
    <w:p>
      <w:r>
        <w:rPr>
          <w:sz w:val="24"/>
        </w:rPr>
        <w:t>As our happy times are better and our burdens feel much lighter.</w:t>
      </w:r>
    </w:p>
    <w:p>
      <w:r>
        <w:rPr>
          <w:sz w:val="24"/>
        </w:rPr>
        <w:t>The one I love with every fibre of my soul.</w:t>
      </w:r>
    </w:p>
    <w:p>
      <w:r>
        <w:rPr>
          <w:sz w:val="24"/>
        </w:rPr>
        <w:t>We used to feel vaguely incomplete, now together we are whole.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